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B1D3B" w14:textId="77777777" w:rsidR="00636C0D" w:rsidRPr="00053854" w:rsidRDefault="00000000" w:rsidP="008946E7">
      <w:pPr>
        <w:pStyle w:val="Nagwek2"/>
        <w:jc w:val="right"/>
        <w:rPr>
          <w:rFonts w:cstheme="majorHAnsi"/>
          <w:color w:val="auto"/>
          <w:sz w:val="22"/>
          <w:szCs w:val="22"/>
          <w:lang w:val="pl-PL"/>
        </w:rPr>
      </w:pPr>
      <w:r w:rsidRPr="00053854">
        <w:rPr>
          <w:rFonts w:cstheme="majorHAnsi"/>
          <w:color w:val="auto"/>
          <w:sz w:val="22"/>
          <w:szCs w:val="22"/>
          <w:lang w:val="pl-PL"/>
        </w:rPr>
        <w:t>Załącznik nr 1 do Regulaminu</w:t>
      </w:r>
    </w:p>
    <w:p w14:paraId="747D37DF" w14:textId="726C47BF" w:rsidR="00636C0D" w:rsidRPr="00053854" w:rsidRDefault="00000000" w:rsidP="008946E7">
      <w:pPr>
        <w:pStyle w:val="Tytu"/>
        <w:jc w:val="right"/>
        <w:rPr>
          <w:rFonts w:cstheme="majorHAnsi"/>
          <w:color w:val="auto"/>
          <w:sz w:val="22"/>
          <w:szCs w:val="22"/>
          <w:lang w:val="pl-PL"/>
        </w:rPr>
      </w:pPr>
      <w:r w:rsidRPr="00053854">
        <w:rPr>
          <w:rFonts w:cstheme="majorHAnsi"/>
          <w:color w:val="auto"/>
          <w:sz w:val="22"/>
          <w:szCs w:val="22"/>
          <w:lang w:val="pl-PL"/>
        </w:rPr>
        <w:t>Gminnego Konkursu Plastycznego</w:t>
      </w:r>
      <w:r w:rsidRPr="00053854">
        <w:rPr>
          <w:rFonts w:cstheme="majorHAnsi"/>
          <w:color w:val="auto"/>
          <w:sz w:val="22"/>
          <w:szCs w:val="22"/>
          <w:lang w:val="pl-PL"/>
        </w:rPr>
        <w:br/>
      </w:r>
      <w:bookmarkStart w:id="0" w:name="_Hlk243473752"/>
      <w:r w:rsidR="0080062B" w:rsidRPr="0080062B">
        <w:rPr>
          <w:rFonts w:cstheme="majorHAnsi"/>
          <w:color w:val="auto"/>
          <w:sz w:val="22"/>
          <w:szCs w:val="22"/>
          <w:lang w:val="pl-PL"/>
        </w:rPr>
        <w:t>„Gdybym miał/miała supermoc…” – projekt własnego bohatera</w:t>
      </w:r>
      <w:bookmarkEnd w:id="0"/>
    </w:p>
    <w:p w14:paraId="02D5653E" w14:textId="77777777" w:rsidR="00636C0D" w:rsidRPr="00053854" w:rsidRDefault="00000000" w:rsidP="008946E7">
      <w:pPr>
        <w:pStyle w:val="Nagwek1"/>
        <w:jc w:val="center"/>
        <w:rPr>
          <w:rFonts w:cstheme="majorHAnsi"/>
          <w:color w:val="auto"/>
          <w:sz w:val="22"/>
          <w:szCs w:val="22"/>
          <w:lang w:val="pl-PL"/>
        </w:rPr>
      </w:pPr>
      <w:r w:rsidRPr="00053854">
        <w:rPr>
          <w:rFonts w:cstheme="majorHAnsi"/>
          <w:color w:val="auto"/>
          <w:sz w:val="22"/>
          <w:szCs w:val="22"/>
          <w:lang w:val="pl-PL"/>
        </w:rPr>
        <w:t>KARTA ZGŁOSZENIA</w:t>
      </w:r>
    </w:p>
    <w:p w14:paraId="4F99BF7C" w14:textId="2C3DFB07" w:rsidR="00636C0D" w:rsidRPr="00053854" w:rsidRDefault="00000000">
      <w:pPr>
        <w:rPr>
          <w:rFonts w:asciiTheme="majorHAnsi" w:hAnsiTheme="majorHAnsi" w:cstheme="majorHAnsi"/>
          <w:lang w:val="pl-PL"/>
        </w:rPr>
      </w:pPr>
      <w:r w:rsidRPr="00053854">
        <w:rPr>
          <w:rFonts w:asciiTheme="majorHAnsi" w:hAnsiTheme="majorHAnsi" w:cstheme="majorHAnsi"/>
          <w:lang w:val="pl-PL"/>
        </w:rPr>
        <w:t>IMIĘ I NAZWISKO .........................................................</w:t>
      </w:r>
      <w:r w:rsidR="008946E7" w:rsidRPr="00053854">
        <w:rPr>
          <w:rFonts w:asciiTheme="majorHAnsi" w:hAnsiTheme="majorHAnsi" w:cstheme="majorHAnsi"/>
          <w:lang w:val="pl-PL"/>
        </w:rPr>
        <w:t>................................................................</w:t>
      </w:r>
      <w:r w:rsidRPr="00053854">
        <w:rPr>
          <w:rFonts w:asciiTheme="majorHAnsi" w:hAnsiTheme="majorHAnsi" w:cstheme="majorHAnsi"/>
          <w:lang w:val="pl-PL"/>
        </w:rPr>
        <w:t>.....</w:t>
      </w:r>
    </w:p>
    <w:p w14:paraId="5853C839" w14:textId="3FB69AAB" w:rsidR="00636C0D" w:rsidRPr="00053854" w:rsidRDefault="00000000">
      <w:pPr>
        <w:rPr>
          <w:rFonts w:asciiTheme="majorHAnsi" w:hAnsiTheme="majorHAnsi" w:cstheme="majorHAnsi"/>
          <w:lang w:val="pl-PL"/>
        </w:rPr>
      </w:pPr>
      <w:r w:rsidRPr="00053854">
        <w:rPr>
          <w:rFonts w:asciiTheme="majorHAnsi" w:hAnsiTheme="majorHAnsi" w:cstheme="majorHAnsi"/>
          <w:lang w:val="pl-PL"/>
        </w:rPr>
        <w:t>WIEK ....................   KLASA ...........</w:t>
      </w:r>
      <w:r w:rsidR="008946E7" w:rsidRPr="00053854">
        <w:rPr>
          <w:rFonts w:asciiTheme="majorHAnsi" w:hAnsiTheme="majorHAnsi" w:cstheme="majorHAnsi"/>
          <w:lang w:val="pl-PL"/>
        </w:rPr>
        <w:t>............................................................................................</w:t>
      </w:r>
      <w:r w:rsidRPr="00053854">
        <w:rPr>
          <w:rFonts w:asciiTheme="majorHAnsi" w:hAnsiTheme="majorHAnsi" w:cstheme="majorHAnsi"/>
          <w:lang w:val="pl-PL"/>
        </w:rPr>
        <w:t>.........</w:t>
      </w:r>
    </w:p>
    <w:p w14:paraId="0E655F62" w14:textId="6208DC56" w:rsidR="008946E7" w:rsidRPr="00053854" w:rsidRDefault="00000000">
      <w:pPr>
        <w:rPr>
          <w:rFonts w:asciiTheme="majorHAnsi" w:hAnsiTheme="majorHAnsi" w:cstheme="majorHAnsi"/>
          <w:lang w:val="pl-PL"/>
        </w:rPr>
      </w:pPr>
      <w:r w:rsidRPr="00053854">
        <w:rPr>
          <w:rFonts w:asciiTheme="majorHAnsi" w:hAnsiTheme="majorHAnsi" w:cstheme="majorHAnsi"/>
          <w:lang w:val="pl-PL"/>
        </w:rPr>
        <w:t>NAZWA PLACÓWKI (SZKOŁA/PRZEDSZKOLE)</w:t>
      </w:r>
      <w:r w:rsidR="008946E7" w:rsidRPr="00053854">
        <w:rPr>
          <w:rFonts w:asciiTheme="majorHAnsi" w:hAnsiTheme="majorHAnsi" w:cstheme="majorHAnsi"/>
          <w:lang w:val="pl-PL"/>
        </w:rPr>
        <w:t>:</w:t>
      </w:r>
      <w:r w:rsidRPr="00053854">
        <w:rPr>
          <w:rFonts w:asciiTheme="majorHAnsi" w:hAnsiTheme="majorHAnsi" w:cstheme="majorHAnsi"/>
          <w:lang w:val="pl-PL"/>
        </w:rPr>
        <w:t>.................................................................................</w:t>
      </w:r>
      <w:r w:rsidR="008946E7" w:rsidRPr="00053854">
        <w:rPr>
          <w:rFonts w:asciiTheme="majorHAnsi" w:hAnsiTheme="majorHAnsi" w:cstheme="majorHAnsi"/>
          <w:lang w:val="pl-PL"/>
        </w:rPr>
        <w:t>.</w:t>
      </w:r>
      <w:r w:rsidRPr="00053854">
        <w:rPr>
          <w:rFonts w:asciiTheme="majorHAnsi" w:hAnsiTheme="majorHAnsi" w:cstheme="majorHAnsi"/>
          <w:lang w:val="pl-PL"/>
        </w:rPr>
        <w:t>..</w:t>
      </w:r>
    </w:p>
    <w:p w14:paraId="73BC8781" w14:textId="522D79D2" w:rsidR="00636C0D" w:rsidRPr="00053854" w:rsidRDefault="00000000">
      <w:pPr>
        <w:rPr>
          <w:rFonts w:asciiTheme="majorHAnsi" w:hAnsiTheme="majorHAnsi" w:cstheme="majorHAnsi"/>
          <w:lang w:val="pl-PL"/>
        </w:rPr>
      </w:pPr>
      <w:r w:rsidRPr="00053854">
        <w:rPr>
          <w:rFonts w:asciiTheme="majorHAnsi" w:hAnsiTheme="majorHAnsi" w:cstheme="majorHAnsi"/>
          <w:lang w:val="pl-PL"/>
        </w:rPr>
        <w:t>..................</w:t>
      </w:r>
      <w:r w:rsidR="008946E7" w:rsidRPr="00053854">
        <w:rPr>
          <w:rFonts w:asciiTheme="majorHAnsi" w:hAnsiTheme="majorHAnsi" w:cstheme="majorHAnsi"/>
          <w:lang w:val="pl-PL"/>
        </w:rPr>
        <w:t>......................................................................................................................................</w:t>
      </w:r>
      <w:r w:rsidRPr="00053854">
        <w:rPr>
          <w:rFonts w:asciiTheme="majorHAnsi" w:hAnsiTheme="majorHAnsi" w:cstheme="majorHAnsi"/>
          <w:lang w:val="pl-PL"/>
        </w:rPr>
        <w:t>...</w:t>
      </w:r>
    </w:p>
    <w:p w14:paraId="5510E7DF" w14:textId="7A7C95FD" w:rsidR="008946E7" w:rsidRDefault="0080062B" w:rsidP="004A5427">
      <w:pPr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IMIĘ</w:t>
      </w:r>
      <w:r w:rsidR="00000000" w:rsidRPr="00053854">
        <w:rPr>
          <w:rFonts w:asciiTheme="majorHAnsi" w:hAnsiTheme="majorHAnsi" w:cstheme="majorHAnsi"/>
          <w:lang w:val="pl-PL"/>
        </w:rPr>
        <w:t xml:space="preserve"> </w:t>
      </w:r>
      <w:r>
        <w:rPr>
          <w:rFonts w:asciiTheme="majorHAnsi" w:hAnsiTheme="majorHAnsi" w:cstheme="majorHAnsi"/>
          <w:lang w:val="pl-PL"/>
        </w:rPr>
        <w:t>LUB PSEUDONIM SUPERBOHATERA:</w:t>
      </w:r>
      <w:r w:rsidR="00000000" w:rsidRPr="00053854">
        <w:rPr>
          <w:rFonts w:asciiTheme="majorHAnsi" w:hAnsiTheme="majorHAnsi" w:cstheme="majorHAnsi"/>
          <w:lang w:val="pl-PL"/>
        </w:rPr>
        <w:t>...............</w:t>
      </w:r>
      <w:r w:rsidR="008946E7" w:rsidRPr="00053854">
        <w:rPr>
          <w:rFonts w:asciiTheme="majorHAnsi" w:hAnsiTheme="majorHAnsi" w:cstheme="majorHAnsi"/>
          <w:lang w:val="pl-PL"/>
        </w:rPr>
        <w:t>...............................................</w:t>
      </w:r>
      <w:r w:rsidR="00000000" w:rsidRPr="00053854">
        <w:rPr>
          <w:rFonts w:asciiTheme="majorHAnsi" w:hAnsiTheme="majorHAnsi" w:cstheme="majorHAnsi"/>
          <w:lang w:val="pl-PL"/>
        </w:rPr>
        <w:t>.................</w:t>
      </w:r>
      <w:r>
        <w:rPr>
          <w:rFonts w:asciiTheme="majorHAnsi" w:hAnsiTheme="majorHAnsi" w:cstheme="majorHAnsi"/>
          <w:lang w:val="pl-PL"/>
        </w:rPr>
        <w:t>..........</w:t>
      </w:r>
    </w:p>
    <w:p w14:paraId="720DB3E8" w14:textId="5B760DA3" w:rsidR="0080062B" w:rsidRDefault="0080062B" w:rsidP="004A5427">
      <w:pPr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OPIS SUPERMOCY………………………………………………………………………………………………………………..……….</w:t>
      </w:r>
    </w:p>
    <w:p w14:paraId="5F20E23B" w14:textId="77777777" w:rsidR="0003569E" w:rsidRDefault="0080062B" w:rsidP="004A5427">
      <w:pPr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………………………………………………………………………………………………………………………………………..……………</w:t>
      </w:r>
    </w:p>
    <w:p w14:paraId="48731B0C" w14:textId="77777777" w:rsidR="0003569E" w:rsidRDefault="0003569E" w:rsidP="004A5427">
      <w:pPr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.………………………………………………………………………………………………………………………………..…………………..</w:t>
      </w:r>
    </w:p>
    <w:p w14:paraId="237B8D9C" w14:textId="7125FD5E" w:rsidR="0080062B" w:rsidRPr="00053854" w:rsidRDefault="0003569E" w:rsidP="004A5427">
      <w:pPr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……………………………………………………………………………………………………………………………………………………..</w:t>
      </w:r>
    </w:p>
    <w:p w14:paraId="4E09864E" w14:textId="282CADB6" w:rsidR="00636C0D" w:rsidRPr="00053854" w:rsidRDefault="00000000" w:rsidP="004A5427">
      <w:pPr>
        <w:pStyle w:val="Nagwek2"/>
        <w:jc w:val="both"/>
        <w:rPr>
          <w:rFonts w:cstheme="majorHAnsi"/>
          <w:color w:val="auto"/>
          <w:sz w:val="22"/>
          <w:szCs w:val="22"/>
          <w:lang w:val="pl-PL"/>
        </w:rPr>
      </w:pPr>
      <w:r w:rsidRPr="00053854">
        <w:rPr>
          <w:rFonts w:cstheme="majorHAnsi"/>
          <w:color w:val="auto"/>
          <w:sz w:val="22"/>
          <w:szCs w:val="22"/>
          <w:lang w:val="pl-PL"/>
        </w:rPr>
        <w:t>Oświadczenia</w:t>
      </w:r>
    </w:p>
    <w:p w14:paraId="44CD23DC" w14:textId="77777777" w:rsidR="0034789A" w:rsidRDefault="0034789A" w:rsidP="0080062B">
      <w:pPr>
        <w:pStyle w:val="Akapitzlist"/>
        <w:numPr>
          <w:ilvl w:val="0"/>
          <w:numId w:val="11"/>
        </w:numPr>
        <w:jc w:val="both"/>
        <w:rPr>
          <w:rFonts w:asciiTheme="majorHAnsi" w:hAnsiTheme="majorHAnsi" w:cstheme="majorHAnsi"/>
          <w:lang w:val="pl-PL"/>
        </w:rPr>
      </w:pPr>
      <w:r w:rsidRPr="0034789A">
        <w:rPr>
          <w:rFonts w:asciiTheme="majorHAnsi" w:hAnsiTheme="majorHAnsi" w:cstheme="majorHAnsi"/>
          <w:lang w:val="pl-PL"/>
        </w:rPr>
        <w:t>Oświadczam, że zapoznałem(am) się z Regulaminem konkursu i bez zastrzeżeń akceptuję jego postanowienia.</w:t>
      </w:r>
    </w:p>
    <w:p w14:paraId="1C488DB6" w14:textId="77777777" w:rsidR="0034789A" w:rsidRDefault="0034789A" w:rsidP="0080062B">
      <w:pPr>
        <w:pStyle w:val="Akapitzlist"/>
        <w:numPr>
          <w:ilvl w:val="0"/>
          <w:numId w:val="11"/>
        </w:numPr>
        <w:jc w:val="both"/>
        <w:rPr>
          <w:rFonts w:asciiTheme="majorHAnsi" w:hAnsiTheme="majorHAnsi" w:cstheme="majorHAnsi"/>
          <w:lang w:val="pl-PL"/>
        </w:rPr>
      </w:pPr>
      <w:r w:rsidRPr="0034789A">
        <w:rPr>
          <w:rFonts w:asciiTheme="majorHAnsi" w:hAnsiTheme="majorHAnsi" w:cstheme="majorHAnsi"/>
          <w:lang w:val="pl-PL"/>
        </w:rPr>
        <w:t>Oświadczam, że zapoznałem(am) się z informacją na temat przetwarzania danych osobowych przygotowaną na podstawie art. 13 RODO.</w:t>
      </w:r>
    </w:p>
    <w:p w14:paraId="0E0B871D" w14:textId="3D8B454E" w:rsidR="0034789A" w:rsidRDefault="0034789A" w:rsidP="0080062B">
      <w:pPr>
        <w:pStyle w:val="Akapitzlist"/>
        <w:numPr>
          <w:ilvl w:val="0"/>
          <w:numId w:val="11"/>
        </w:numPr>
        <w:jc w:val="both"/>
        <w:rPr>
          <w:rFonts w:asciiTheme="majorHAnsi" w:hAnsiTheme="majorHAnsi" w:cstheme="majorHAnsi"/>
          <w:lang w:val="pl-PL"/>
        </w:rPr>
      </w:pPr>
      <w:r w:rsidRPr="0034789A">
        <w:rPr>
          <w:rFonts w:asciiTheme="majorHAnsi" w:hAnsiTheme="majorHAnsi" w:cstheme="majorHAnsi"/>
          <w:lang w:val="pl-PL"/>
        </w:rPr>
        <w:t xml:space="preserve">Wyrażam zgodę na przetwarzanie danych osobowych mojego dziecka oraz moich danych osobowych przez Organizatora konkursu w celu przeprowadzenia konkursu </w:t>
      </w:r>
      <w:r w:rsidR="0080062B" w:rsidRPr="0080062B">
        <w:rPr>
          <w:rFonts w:asciiTheme="majorHAnsi" w:hAnsiTheme="majorHAnsi" w:cstheme="majorHAnsi"/>
          <w:lang w:val="pl-PL"/>
        </w:rPr>
        <w:t>„Gdybym miał/miała supermoc…” – projekt własnego bohatera</w:t>
      </w:r>
      <w:r w:rsidR="0080062B" w:rsidRPr="0080062B">
        <w:rPr>
          <w:rFonts w:asciiTheme="majorHAnsi" w:hAnsiTheme="majorHAnsi" w:cstheme="majorHAnsi"/>
          <w:lang w:val="pl-PL"/>
        </w:rPr>
        <w:t xml:space="preserve"> </w:t>
      </w:r>
      <w:r w:rsidRPr="0034789A">
        <w:rPr>
          <w:rFonts w:asciiTheme="majorHAnsi" w:hAnsiTheme="majorHAnsi" w:cstheme="majorHAnsi"/>
          <w:lang w:val="pl-PL"/>
        </w:rPr>
        <w:t>oraz jego promocji, zgodnie z przepisami o ochronie danych osobowych (RODO).</w:t>
      </w:r>
    </w:p>
    <w:p w14:paraId="1A5C6F91" w14:textId="6730BF93" w:rsidR="0034789A" w:rsidRDefault="0034789A" w:rsidP="0080062B">
      <w:pPr>
        <w:pStyle w:val="Akapitzlist"/>
        <w:numPr>
          <w:ilvl w:val="0"/>
          <w:numId w:val="11"/>
        </w:numPr>
        <w:jc w:val="both"/>
        <w:rPr>
          <w:rFonts w:asciiTheme="majorHAnsi" w:hAnsiTheme="majorHAnsi" w:cstheme="majorHAnsi"/>
          <w:lang w:val="pl-PL"/>
        </w:rPr>
      </w:pPr>
      <w:r w:rsidRPr="0034789A">
        <w:rPr>
          <w:rFonts w:asciiTheme="majorHAnsi" w:hAnsiTheme="majorHAnsi" w:cstheme="majorHAnsi"/>
          <w:lang w:val="pl-PL"/>
        </w:rPr>
        <w:t>Wyrażam zgodę na nieodpłatne utrwalanie oraz publikację wizerunku mojego dziecka przez Organizatora w materiałach informacyjnych i promocyjnych związanych z konkursem „Moje szczęśliwe miejsce”. Zgoda obejmuje wielokrotne wykorzystanie wizerunku dziecka w dowolnych mediach i jest udzielona bez ograniczeń czasowych</w:t>
      </w:r>
      <w:r>
        <w:rPr>
          <w:rFonts w:asciiTheme="majorHAnsi" w:hAnsiTheme="majorHAnsi" w:cstheme="majorHAnsi"/>
          <w:lang w:val="pl-PL"/>
        </w:rPr>
        <w:t>.</w:t>
      </w:r>
    </w:p>
    <w:p w14:paraId="6FBEEBD4" w14:textId="346ED133" w:rsidR="004A5427" w:rsidRPr="0034789A" w:rsidRDefault="0034789A" w:rsidP="0080062B">
      <w:pPr>
        <w:pStyle w:val="Akapitzlist"/>
        <w:numPr>
          <w:ilvl w:val="0"/>
          <w:numId w:val="11"/>
        </w:numPr>
        <w:jc w:val="both"/>
        <w:rPr>
          <w:rFonts w:asciiTheme="majorHAnsi" w:hAnsiTheme="majorHAnsi" w:cstheme="majorHAnsi"/>
          <w:lang w:val="pl-PL"/>
        </w:rPr>
      </w:pPr>
      <w:r w:rsidRPr="0034789A">
        <w:rPr>
          <w:rFonts w:asciiTheme="majorHAnsi" w:hAnsiTheme="majorHAnsi" w:cstheme="majorHAnsi"/>
          <w:lang w:val="pl-PL"/>
        </w:rPr>
        <w:t>Wyrażam zgodę na publikację pracy plastycznej mojego dziecka (np. na stronie internetowej Organizatora, w mediach społecznościowych lub na wystawie pokonkursowej) w celach promocyjnych konkursu</w:t>
      </w:r>
      <w:r w:rsidR="00053854" w:rsidRPr="0034789A">
        <w:rPr>
          <w:rFonts w:asciiTheme="majorHAnsi" w:hAnsiTheme="majorHAnsi" w:cstheme="majorHAnsi"/>
          <w:lang w:val="pl-PL"/>
        </w:rPr>
        <w:t xml:space="preserve">                             </w:t>
      </w:r>
    </w:p>
    <w:p w14:paraId="05968FE5" w14:textId="5A545147" w:rsidR="00053854" w:rsidRDefault="00053854" w:rsidP="00053854">
      <w:pPr>
        <w:jc w:val="right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 xml:space="preserve">       </w:t>
      </w:r>
      <w:r w:rsidRPr="00053854">
        <w:rPr>
          <w:rFonts w:asciiTheme="majorHAnsi" w:hAnsiTheme="majorHAnsi" w:cstheme="majorHAnsi"/>
          <w:lang w:val="pl-PL"/>
        </w:rPr>
        <w:t>............................................</w:t>
      </w:r>
      <w:r w:rsidR="008946E7" w:rsidRPr="00053854">
        <w:rPr>
          <w:rFonts w:asciiTheme="majorHAnsi" w:hAnsiTheme="majorHAnsi" w:cstheme="majorHAnsi"/>
          <w:lang w:val="pl-PL"/>
        </w:rPr>
        <w:t>......</w:t>
      </w:r>
      <w:r w:rsidRPr="00053854">
        <w:rPr>
          <w:rFonts w:asciiTheme="majorHAnsi" w:hAnsiTheme="majorHAnsi" w:cstheme="majorHAnsi"/>
          <w:lang w:val="pl-PL"/>
        </w:rPr>
        <w:t xml:space="preserve">...........      </w:t>
      </w:r>
    </w:p>
    <w:p w14:paraId="520705CA" w14:textId="3ADF4FC2" w:rsidR="0034789A" w:rsidRPr="0080062B" w:rsidRDefault="00000000" w:rsidP="0080062B">
      <w:pPr>
        <w:jc w:val="right"/>
        <w:rPr>
          <w:rFonts w:asciiTheme="majorHAnsi" w:hAnsiTheme="majorHAnsi" w:cstheme="majorHAnsi"/>
          <w:lang w:val="pl-PL"/>
        </w:rPr>
      </w:pPr>
      <w:r w:rsidRPr="00053854">
        <w:rPr>
          <w:rFonts w:asciiTheme="majorHAnsi" w:hAnsiTheme="majorHAnsi" w:cstheme="majorHAnsi"/>
          <w:lang w:val="pl-PL"/>
        </w:rPr>
        <w:t xml:space="preserve">Podpis rodzica/opiekuna prawnego </w:t>
      </w:r>
    </w:p>
    <w:p w14:paraId="3114D1D0" w14:textId="77777777" w:rsidR="0034789A" w:rsidRDefault="0034789A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240"/>
        <w:ind w:right="568"/>
        <w:jc w:val="center"/>
        <w:rPr>
          <w:rFonts w:asciiTheme="majorHAnsi" w:hAnsiTheme="majorHAnsi" w:cstheme="majorHAnsi"/>
          <w:b/>
          <w:bCs/>
        </w:rPr>
      </w:pPr>
    </w:p>
    <w:p w14:paraId="08A1840B" w14:textId="7275ED12" w:rsid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240"/>
        <w:ind w:right="568"/>
        <w:jc w:val="center"/>
        <w:rPr>
          <w:rFonts w:asciiTheme="majorHAnsi" w:hAnsiTheme="majorHAnsi" w:cstheme="majorHAnsi"/>
          <w:b/>
          <w:bCs/>
        </w:rPr>
      </w:pPr>
      <w:r w:rsidRPr="00053854">
        <w:rPr>
          <w:rFonts w:asciiTheme="majorHAnsi" w:hAnsiTheme="majorHAnsi" w:cstheme="majorHAnsi"/>
          <w:b/>
          <w:bCs/>
        </w:rPr>
        <w:t>Informacja o przetwarzaniu danych osobowych na podstawie art. 13 RODO:</w:t>
      </w:r>
    </w:p>
    <w:p w14:paraId="6211F557" w14:textId="77777777" w:rsidR="00053854" w:rsidRP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240"/>
        <w:ind w:right="568"/>
        <w:jc w:val="center"/>
        <w:rPr>
          <w:rFonts w:asciiTheme="majorHAnsi" w:eastAsia="Times New Roman" w:hAnsiTheme="majorHAnsi" w:cstheme="majorHAnsi"/>
          <w:b/>
          <w:bCs/>
        </w:rPr>
      </w:pPr>
    </w:p>
    <w:p w14:paraId="37533EC9" w14:textId="77777777" w:rsidR="00053854" w:rsidRP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50" w:right="568" w:hanging="350"/>
        <w:jc w:val="both"/>
        <w:rPr>
          <w:rFonts w:asciiTheme="majorHAnsi" w:eastAsia="Times New Roman" w:hAnsiTheme="majorHAnsi" w:cstheme="majorHAnsi"/>
        </w:rPr>
      </w:pPr>
      <w:r w:rsidRPr="00053854">
        <w:rPr>
          <w:rFonts w:asciiTheme="majorHAnsi" w:hAnsiTheme="majorHAnsi" w:cstheme="majorHAnsi"/>
        </w:rPr>
        <w:t>1.</w:t>
      </w:r>
      <w:r w:rsidRPr="00053854">
        <w:rPr>
          <w:rFonts w:asciiTheme="majorHAnsi" w:hAnsiTheme="majorHAnsi" w:cstheme="majorHAnsi"/>
        </w:rPr>
        <w:tab/>
        <w:t xml:space="preserve">Administratorem Pani/Pana danych osobowych jest Wójt Gminy Człuchów z siedzibą </w:t>
      </w:r>
      <w:r w:rsidRPr="00053854">
        <w:rPr>
          <w:rFonts w:asciiTheme="majorHAnsi" w:hAnsiTheme="majorHAnsi" w:cstheme="majorHAnsi"/>
        </w:rPr>
        <w:br/>
        <w:t>w Człuchowie, ul. Szczecińska 33.</w:t>
      </w:r>
    </w:p>
    <w:p w14:paraId="0F9C85FB" w14:textId="77777777" w:rsidR="00053854" w:rsidRP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50" w:right="568" w:hanging="350"/>
        <w:jc w:val="both"/>
        <w:rPr>
          <w:rFonts w:asciiTheme="majorHAnsi" w:eastAsia="Times New Roman" w:hAnsiTheme="majorHAnsi" w:cstheme="majorHAnsi"/>
        </w:rPr>
      </w:pPr>
      <w:r w:rsidRPr="00053854">
        <w:rPr>
          <w:rFonts w:asciiTheme="majorHAnsi" w:hAnsiTheme="majorHAnsi" w:cstheme="majorHAnsi"/>
        </w:rPr>
        <w:t>2.</w:t>
      </w:r>
      <w:r w:rsidRPr="00053854">
        <w:rPr>
          <w:rFonts w:asciiTheme="majorHAnsi" w:hAnsiTheme="majorHAnsi" w:cstheme="majorHAnsi"/>
        </w:rPr>
        <w:tab/>
        <w:t xml:space="preserve">W sprawach związanych z przetwarzaniem Pani/Pana danych należy skontaktować się </w:t>
      </w:r>
      <w:r w:rsidRPr="00053854">
        <w:rPr>
          <w:rFonts w:asciiTheme="majorHAnsi" w:hAnsiTheme="majorHAnsi" w:cstheme="majorHAnsi"/>
        </w:rPr>
        <w:br/>
        <w:t>z wyznaczonym przez Administratora inspektorem ochrony danych pod adresem e-mail iod@ugczluchow.pl</w:t>
      </w:r>
    </w:p>
    <w:p w14:paraId="2116A8EC" w14:textId="6D69C917" w:rsidR="0034789A" w:rsidRDefault="00053854" w:rsidP="0034789A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50" w:right="568" w:hanging="350"/>
        <w:jc w:val="both"/>
        <w:rPr>
          <w:rFonts w:asciiTheme="majorHAnsi" w:hAnsiTheme="majorHAnsi" w:cstheme="majorHAnsi"/>
        </w:rPr>
      </w:pPr>
      <w:r w:rsidRPr="00053854">
        <w:rPr>
          <w:rFonts w:asciiTheme="majorHAnsi" w:hAnsiTheme="majorHAnsi" w:cstheme="majorHAnsi"/>
        </w:rPr>
        <w:t>3.</w:t>
      </w:r>
      <w:r w:rsidRPr="00053854">
        <w:rPr>
          <w:rFonts w:asciiTheme="majorHAnsi" w:hAnsiTheme="majorHAnsi" w:cstheme="majorHAnsi"/>
        </w:rPr>
        <w:tab/>
      </w:r>
      <w:r w:rsidR="0034789A" w:rsidRPr="0034789A">
        <w:rPr>
          <w:rFonts w:asciiTheme="majorHAnsi" w:hAnsiTheme="majorHAnsi" w:cstheme="majorHAnsi"/>
        </w:rPr>
        <w:t xml:space="preserve">Dane osobowe dziecka oraz jego rodzica/opiekuna będą przetwarzane w celu organizacji i przeprowadzenia konkursu </w:t>
      </w:r>
      <w:r w:rsidR="0080062B" w:rsidRPr="0080062B">
        <w:rPr>
          <w:rFonts w:asciiTheme="majorHAnsi" w:hAnsiTheme="majorHAnsi" w:cstheme="majorHAnsi"/>
        </w:rPr>
        <w:t>„Gdybym miał/miała supermoc… – projekt własnego bohatera</w:t>
      </w:r>
      <w:r w:rsidR="0080062B">
        <w:rPr>
          <w:rFonts w:asciiTheme="majorHAnsi" w:hAnsiTheme="majorHAnsi" w:cstheme="majorHAnsi"/>
        </w:rPr>
        <w:t>”</w:t>
      </w:r>
      <w:r w:rsidR="0080062B" w:rsidRPr="0080062B">
        <w:rPr>
          <w:rFonts w:asciiTheme="majorHAnsi" w:hAnsiTheme="majorHAnsi" w:cstheme="majorHAnsi"/>
        </w:rPr>
        <w:t xml:space="preserve"> </w:t>
      </w:r>
      <w:r w:rsidR="0034789A" w:rsidRPr="0034789A">
        <w:rPr>
          <w:rFonts w:asciiTheme="majorHAnsi" w:hAnsiTheme="majorHAnsi" w:cstheme="majorHAnsi"/>
        </w:rPr>
        <w:t>oraz jego promocji. Podstawą prawną przetwarzania danych jest dobrowolnie wyrażona zgoda rodzica/opiekuna (art. 6 ust. 1 lit. a RODO). Zgodę można w dowolnym momencie wycofać, co nie wpływa na legalność przetwarzania dokonanego przed jej cofnięciem. Ponadto dane mogą być przetwarzane w zakresie niezbędnym do ustalenia, dochodzenia lub obrony ewentualnych roszczeń – na podstawie prawnie uzasadnionego interesu Administratora (art. 6 ust. 1 lit. f RODO).</w:t>
      </w:r>
    </w:p>
    <w:p w14:paraId="4FC429EE" w14:textId="77777777" w:rsidR="0034789A" w:rsidRDefault="0034789A" w:rsidP="0034789A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50" w:right="568" w:hanging="35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4.  Podanie </w:t>
      </w:r>
      <w:r w:rsidRPr="0034789A">
        <w:rPr>
          <w:rFonts w:asciiTheme="majorHAnsi" w:hAnsiTheme="majorHAnsi" w:cstheme="majorHAnsi"/>
        </w:rPr>
        <w:t>danych jest dobrowolne, ale niezbędne do udziału dziecka w konkursie. Odmowa ich podania uniemożliwi udział w konkursie. Zgoda na wykorzystanie wizerunku i publikację pracy plastycznej ma charakter dobrowolny – brak zgody nie wyklucza udziału dziecka w konkursie.</w:t>
      </w:r>
    </w:p>
    <w:p w14:paraId="2FB46EF0" w14:textId="77777777" w:rsidR="0034789A" w:rsidRDefault="0034789A" w:rsidP="0034789A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50" w:right="568" w:hanging="35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5.  </w:t>
      </w:r>
      <w:r w:rsidRPr="0034789A">
        <w:rPr>
          <w:rFonts w:asciiTheme="majorHAnsi" w:hAnsiTheme="majorHAnsi" w:cstheme="majorHAnsi"/>
        </w:rPr>
        <w:t>Przysługuje Pani/Panu prawo do dostępu do danych, ich sprostowania, usunięcia, ograniczenia przetwarzania, przenoszenia danych oraz prawo wniesienia sprzeciwu – w granicach określonych w przepisach RODO.</w:t>
      </w:r>
    </w:p>
    <w:p w14:paraId="021F432D" w14:textId="01352B33" w:rsidR="0034789A" w:rsidRPr="0034789A" w:rsidRDefault="0034789A" w:rsidP="0034789A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50" w:right="568" w:hanging="35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6.    </w:t>
      </w:r>
      <w:r w:rsidRPr="0034789A">
        <w:rPr>
          <w:rFonts w:asciiTheme="majorHAnsi" w:hAnsiTheme="majorHAnsi" w:cstheme="majorHAnsi"/>
        </w:rPr>
        <w:t>Dane będą przechowywane do czasu zakończenia konkursu i działań promocyjnych oraz rozstrzygnięcia ewentualnych roszczeń lub do momentu wycofania zgody. W przypadku wycofania zgody dane mogą być nadal przechowywane w ograniczonym zakresie przez okres przedawnienia roszczeń.</w:t>
      </w:r>
    </w:p>
    <w:p w14:paraId="0460D87D" w14:textId="75573E05" w:rsidR="0034789A" w:rsidRPr="0034789A" w:rsidRDefault="0034789A" w:rsidP="0034789A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50" w:right="568" w:hanging="35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7.     </w:t>
      </w:r>
      <w:r w:rsidRPr="0034789A">
        <w:rPr>
          <w:rFonts w:asciiTheme="majorHAnsi" w:hAnsiTheme="majorHAnsi" w:cstheme="majorHAnsi"/>
        </w:rPr>
        <w:t>Odbiorcami danych mogą być podmioty uprawnione na podstawie prawa. W przypadku publikacji wizerunku lub pracy plastycznej dane (wizerunek, imię i nazwisko dziecka, nazwa placówki oraz tytuł pracy) będą publicznie dostępne, m.in. na stronie internetowej Organizatora, w mediach społecznościowych oraz w materiałach promocyjnych konkursu.</w:t>
      </w:r>
    </w:p>
    <w:p w14:paraId="125DDD4D" w14:textId="703C227D" w:rsidR="0034789A" w:rsidRPr="0034789A" w:rsidRDefault="0034789A" w:rsidP="0034789A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50" w:right="568" w:hanging="35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8.  </w:t>
      </w:r>
      <w:r w:rsidRPr="0034789A">
        <w:rPr>
          <w:rFonts w:asciiTheme="majorHAnsi" w:hAnsiTheme="majorHAnsi" w:cstheme="majorHAnsi"/>
        </w:rPr>
        <w:t>Przysługuje Pani/Panu prawo wniesienia skargi do Prezesa Urzędu Ochrony Danych Osobowych</w:t>
      </w:r>
      <w:r>
        <w:rPr>
          <w:rFonts w:asciiTheme="majorHAnsi" w:hAnsiTheme="majorHAnsi" w:cstheme="majorHAnsi"/>
        </w:rPr>
        <w:t xml:space="preserve">, </w:t>
      </w:r>
      <w:r w:rsidRPr="0034789A">
        <w:rPr>
          <w:rFonts w:asciiTheme="majorHAnsi" w:hAnsiTheme="majorHAnsi" w:cstheme="majorHAnsi"/>
        </w:rPr>
        <w:t>jeśli uzna Pani/Pan, że przetwarzanie danych narusza przepisy o ochronie danych.</w:t>
      </w:r>
    </w:p>
    <w:p w14:paraId="59AA4A25" w14:textId="35FF8BAF" w:rsidR="00053854" w:rsidRDefault="00053854" w:rsidP="0034789A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50" w:right="568" w:hanging="350"/>
        <w:jc w:val="both"/>
        <w:rPr>
          <w:rFonts w:asciiTheme="majorHAnsi" w:hAnsiTheme="majorHAnsi" w:cstheme="majorHAnsi"/>
        </w:rPr>
      </w:pPr>
    </w:p>
    <w:p w14:paraId="009ECC65" w14:textId="77777777" w:rsid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36" w:right="568" w:hanging="336"/>
        <w:jc w:val="both"/>
        <w:rPr>
          <w:rFonts w:asciiTheme="majorHAnsi" w:hAnsiTheme="majorHAnsi" w:cstheme="majorHAnsi"/>
        </w:rPr>
      </w:pPr>
    </w:p>
    <w:p w14:paraId="00FF472A" w14:textId="77777777" w:rsid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36" w:right="568" w:hanging="336"/>
        <w:jc w:val="both"/>
        <w:rPr>
          <w:rFonts w:asciiTheme="majorHAnsi" w:hAnsiTheme="majorHAnsi" w:cstheme="majorHAnsi"/>
        </w:rPr>
      </w:pPr>
    </w:p>
    <w:p w14:paraId="7A4CB219" w14:textId="77777777" w:rsid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36" w:right="568" w:hanging="336"/>
        <w:jc w:val="both"/>
        <w:rPr>
          <w:rFonts w:asciiTheme="majorHAnsi" w:hAnsiTheme="majorHAnsi" w:cstheme="majorHAnsi"/>
        </w:rPr>
      </w:pPr>
    </w:p>
    <w:p w14:paraId="5F5430D6" w14:textId="77777777" w:rsid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36" w:right="568" w:hanging="336"/>
        <w:jc w:val="both"/>
        <w:rPr>
          <w:rFonts w:asciiTheme="majorHAnsi" w:hAnsiTheme="majorHAnsi" w:cstheme="majorHAnsi"/>
        </w:rPr>
      </w:pPr>
    </w:p>
    <w:p w14:paraId="76926CC8" w14:textId="77777777" w:rsid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36" w:right="568" w:hanging="336"/>
        <w:jc w:val="both"/>
        <w:rPr>
          <w:rFonts w:asciiTheme="majorHAnsi" w:hAnsiTheme="majorHAnsi" w:cstheme="majorHAnsi"/>
        </w:rPr>
      </w:pPr>
    </w:p>
    <w:p w14:paraId="1D6FDA29" w14:textId="77777777" w:rsid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36" w:right="568" w:hanging="336"/>
        <w:jc w:val="both"/>
        <w:rPr>
          <w:rFonts w:asciiTheme="majorHAnsi" w:hAnsiTheme="majorHAnsi" w:cstheme="majorHAnsi"/>
        </w:rPr>
      </w:pPr>
    </w:p>
    <w:p w14:paraId="147CC80A" w14:textId="77777777" w:rsid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36" w:right="568" w:hanging="336"/>
        <w:jc w:val="both"/>
        <w:rPr>
          <w:rFonts w:asciiTheme="majorHAnsi" w:hAnsiTheme="majorHAnsi" w:cstheme="majorHAnsi"/>
        </w:rPr>
      </w:pPr>
    </w:p>
    <w:p w14:paraId="79B1643A" w14:textId="77777777" w:rsidR="00053854" w:rsidRP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36" w:right="568" w:hanging="336"/>
        <w:jc w:val="both"/>
        <w:rPr>
          <w:rFonts w:asciiTheme="majorHAnsi" w:eastAsia="Times New Roman" w:hAnsiTheme="majorHAnsi" w:cstheme="majorHAnsi"/>
        </w:rPr>
      </w:pPr>
    </w:p>
    <w:p w14:paraId="0E9AA0DB" w14:textId="487CCA36" w:rsidR="00053854" w:rsidRPr="00053854" w:rsidRDefault="00053854" w:rsidP="00053854">
      <w:pPr>
        <w:pStyle w:val="Domyln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36" w:right="568" w:hanging="336"/>
        <w:jc w:val="right"/>
        <w:rPr>
          <w:rFonts w:asciiTheme="majorHAnsi" w:hAnsiTheme="majorHAnsi" w:cstheme="majorHAnsi"/>
        </w:rPr>
      </w:pPr>
    </w:p>
    <w:sectPr w:rsidR="00053854" w:rsidRPr="0005385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565BA7"/>
    <w:multiLevelType w:val="hybridMultilevel"/>
    <w:tmpl w:val="9A0ADC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4B5B"/>
    <w:multiLevelType w:val="hybridMultilevel"/>
    <w:tmpl w:val="3B1AE5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872026">
    <w:abstractNumId w:val="8"/>
  </w:num>
  <w:num w:numId="2" w16cid:durableId="134032602">
    <w:abstractNumId w:val="6"/>
  </w:num>
  <w:num w:numId="3" w16cid:durableId="1458833814">
    <w:abstractNumId w:val="5"/>
  </w:num>
  <w:num w:numId="4" w16cid:durableId="2136941299">
    <w:abstractNumId w:val="4"/>
  </w:num>
  <w:num w:numId="5" w16cid:durableId="1336496647">
    <w:abstractNumId w:val="7"/>
  </w:num>
  <w:num w:numId="6" w16cid:durableId="1087651360">
    <w:abstractNumId w:val="3"/>
  </w:num>
  <w:num w:numId="7" w16cid:durableId="2103144578">
    <w:abstractNumId w:val="2"/>
  </w:num>
  <w:num w:numId="8" w16cid:durableId="825557675">
    <w:abstractNumId w:val="1"/>
  </w:num>
  <w:num w:numId="9" w16cid:durableId="1476414657">
    <w:abstractNumId w:val="0"/>
  </w:num>
  <w:num w:numId="10" w16cid:durableId="1294211365">
    <w:abstractNumId w:val="9"/>
  </w:num>
  <w:num w:numId="11" w16cid:durableId="2722508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69E"/>
    <w:rsid w:val="00053854"/>
    <w:rsid w:val="0006063C"/>
    <w:rsid w:val="000865CE"/>
    <w:rsid w:val="0015074B"/>
    <w:rsid w:val="001A3DF5"/>
    <w:rsid w:val="0029639D"/>
    <w:rsid w:val="00326F90"/>
    <w:rsid w:val="0034789A"/>
    <w:rsid w:val="00357703"/>
    <w:rsid w:val="0038783B"/>
    <w:rsid w:val="003D0AB3"/>
    <w:rsid w:val="004A5427"/>
    <w:rsid w:val="005B1C8C"/>
    <w:rsid w:val="005E5191"/>
    <w:rsid w:val="00636C0D"/>
    <w:rsid w:val="00766286"/>
    <w:rsid w:val="0080062B"/>
    <w:rsid w:val="008946E7"/>
    <w:rsid w:val="00AA1D8D"/>
    <w:rsid w:val="00B47730"/>
    <w:rsid w:val="00CB0664"/>
    <w:rsid w:val="00D712F4"/>
    <w:rsid w:val="00DC5F21"/>
    <w:rsid w:val="00FA2E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00D92B"/>
  <w14:defaultImageDpi w14:val="300"/>
  <w15:docId w15:val="{C207B071-F70A-4EF0-94A7-CEF2496BE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mylne">
    <w:name w:val="Domyślne"/>
    <w:rsid w:val="000538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pl-PL" w:eastAsia="pl-PL"/>
    </w:rPr>
  </w:style>
  <w:style w:type="paragraph" w:styleId="NormalnyWeb">
    <w:name w:val="Normal (Web)"/>
    <w:basedOn w:val="Normalny"/>
    <w:uiPriority w:val="99"/>
    <w:semiHidden/>
    <w:unhideWhenUsed/>
    <w:rsid w:val="0034789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8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648</Words>
  <Characters>3892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Kuhn</cp:lastModifiedBy>
  <cp:revision>4</cp:revision>
  <cp:lastPrinted>2026-10-21T09:16:00Z</cp:lastPrinted>
  <dcterms:created xsi:type="dcterms:W3CDTF">2025-09-26T07:02:00Z</dcterms:created>
  <dcterms:modified xsi:type="dcterms:W3CDTF">2026-10-21T09:19:00Z</dcterms:modified>
  <cp:category/>
</cp:coreProperties>
</file>